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96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8424"/>
        <w:gridCol w:w="936"/>
      </w:tblGrid>
      <w:tr w:rsidR="00990209" w14:paraId="58DE8261" w14:textId="77777777">
        <w:trPr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B349A" w14:textId="77777777" w:rsidR="00990209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5AA918" wp14:editId="4815AF05">
                  <wp:extent cx="475488" cy="47548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488" cy="47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DB697" w14:textId="77777777" w:rsidR="00990209" w:rsidRDefault="00000000">
            <w:pPr>
              <w:jc w:val="center"/>
            </w:pPr>
            <w:r>
              <w:rPr>
                <w:b/>
                <w:color w:val="232323"/>
                <w:sz w:val="44"/>
              </w:rPr>
              <w:t>TOMPKINS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26CA3" w14:textId="77777777" w:rsidR="00990209" w:rsidRDefault="00990209"/>
        </w:tc>
      </w:tr>
    </w:tbl>
    <w:p w14:paraId="6B3CA2EB" w14:textId="77777777" w:rsidR="00990209" w:rsidRDefault="00000000">
      <w:pPr>
        <w:spacing w:after="60"/>
        <w:jc w:val="center"/>
      </w:pPr>
      <w:r>
        <w:rPr>
          <w:b/>
          <w:color w:val="74312B"/>
        </w:rPr>
        <w:t>FOOD MENU</w:t>
      </w:r>
    </w:p>
    <w:tbl>
      <w:tblPr>
        <w:tblW w:w="10296" w:type="dxa"/>
        <w:jc w:val="center"/>
        <w:tblLayout w:type="fixed"/>
        <w:tblLook w:val="04A0" w:firstRow="1" w:lastRow="0" w:firstColumn="1" w:lastColumn="0" w:noHBand="0" w:noVBand="1"/>
      </w:tblPr>
      <w:tblGrid>
        <w:gridCol w:w="4924"/>
        <w:gridCol w:w="446"/>
        <w:gridCol w:w="4926"/>
      </w:tblGrid>
      <w:tr w:rsidR="00990209" w14:paraId="77C3E90C" w14:textId="77777777">
        <w:trPr>
          <w:jc w:val="center"/>
        </w:trPr>
        <w:tc>
          <w:tcPr>
            <w:tcW w:w="10296" w:type="dxa"/>
            <w:gridSpan w:val="3"/>
            <w:tcBorders>
              <w:top w:val="nil"/>
              <w:left w:val="nil"/>
              <w:bottom w:val="single" w:sz="9" w:space="0" w:color="74312B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30FDA" w14:textId="77777777" w:rsidR="00990209" w:rsidRDefault="00990209"/>
        </w:tc>
      </w:tr>
      <w:tr w:rsidR="00990209" w14:paraId="084BF3E2" w14:textId="77777777">
        <w:trPr>
          <w:jc w:val="center"/>
        </w:trPr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0" w:type="dxa"/>
              <w:right w:w="0" w:type="dxa"/>
            </w:tcMar>
          </w:tcPr>
          <w:tbl>
            <w:tblPr>
              <w:tblW w:w="492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147"/>
              <w:gridCol w:w="777"/>
            </w:tblGrid>
            <w:tr w:rsidR="00990209" w14:paraId="218536F6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single" w:sz="7" w:space="0" w:color="74312B"/>
                    <w:right w:val="nil"/>
                  </w:tcBorders>
                  <w:tcMar>
                    <w:top w:w="65" w:type="dxa"/>
                    <w:left w:w="0" w:type="dxa"/>
                    <w:bottom w:w="28" w:type="dxa"/>
                    <w:right w:w="0" w:type="dxa"/>
                  </w:tcMar>
                </w:tcPr>
                <w:p w14:paraId="31D05CCF" w14:textId="77777777" w:rsidR="00990209" w:rsidRDefault="00000000">
                  <w:pPr>
                    <w:spacing w:before="200" w:after="120"/>
                  </w:pPr>
                  <w:r>
                    <w:rPr>
                      <w:b/>
                      <w:color w:val="74312B"/>
                      <w:sz w:val="22"/>
                    </w:rPr>
                    <w:t>STARTER SNACKS</w:t>
                  </w:r>
                </w:p>
              </w:tc>
            </w:tr>
            <w:tr w:rsidR="00990209" w14:paraId="7DC18C73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5BA4D381" w14:textId="77777777" w:rsidR="00990209" w:rsidRDefault="00000000">
                  <w:pPr>
                    <w:rPr>
                      <w:b/>
                      <w:color w:val="232323"/>
                    </w:rPr>
                  </w:pPr>
                  <w:r>
                    <w:rPr>
                      <w:b/>
                      <w:color w:val="232323"/>
                    </w:rPr>
                    <w:t>Garlic Bread</w:t>
                  </w:r>
                </w:p>
                <w:p w14:paraId="0E9A32F8" w14:textId="77777777" w:rsidR="00B94DDC" w:rsidRDefault="00B94DDC"/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4CA1FF07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$9</w:t>
                  </w:r>
                </w:p>
              </w:tc>
            </w:tr>
            <w:tr w:rsidR="00990209" w14:paraId="594B32B2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4F0DDE5A" w14:textId="77777777" w:rsidR="00990209" w:rsidRDefault="00000000">
                  <w:pPr>
                    <w:rPr>
                      <w:b/>
                      <w:color w:val="232323"/>
                    </w:rPr>
                  </w:pPr>
                  <w:r>
                    <w:rPr>
                      <w:b/>
                      <w:color w:val="232323"/>
                    </w:rPr>
                    <w:t>Corn Ribs with Chipotle (GF, VEG)</w:t>
                  </w:r>
                </w:p>
                <w:p w14:paraId="053620FA" w14:textId="77777777" w:rsidR="00B94DDC" w:rsidRDefault="00B94DDC"/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089BBA6A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$18</w:t>
                  </w:r>
                </w:p>
              </w:tc>
            </w:tr>
            <w:tr w:rsidR="00990209" w14:paraId="6836B084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34E4CDBA" w14:textId="77777777" w:rsidR="00990209" w:rsidRDefault="00000000">
                  <w:r>
                    <w:rPr>
                      <w:b/>
                      <w:color w:val="232323"/>
                    </w:rPr>
                    <w:t>Crispy Squid (I)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48B52419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$20</w:t>
                  </w:r>
                </w:p>
              </w:tc>
            </w:tr>
            <w:tr w:rsidR="00990209" w14:paraId="53B468EC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50B53D9C" w14:textId="77777777" w:rsidR="00990209" w:rsidRDefault="00000000">
                  <w:pPr>
                    <w:rPr>
                      <w:i/>
                      <w:color w:val="646464"/>
                      <w:sz w:val="16"/>
                    </w:rPr>
                  </w:pPr>
                  <w:r>
                    <w:rPr>
                      <w:i/>
                      <w:color w:val="646464"/>
                      <w:sz w:val="16"/>
                    </w:rPr>
                    <w:t>Served with tartare &amp; fresh lemon</w:t>
                  </w:r>
                </w:p>
                <w:p w14:paraId="151EA534" w14:textId="77777777" w:rsidR="00B94DDC" w:rsidRDefault="00B94DDC"/>
              </w:tc>
            </w:tr>
            <w:tr w:rsidR="00990209" w14:paraId="068BE701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4B2A05F1" w14:textId="77777777" w:rsidR="00990209" w:rsidRDefault="00000000">
                  <w:r>
                    <w:rPr>
                      <w:b/>
                      <w:color w:val="232323"/>
                    </w:rPr>
                    <w:t>Chicken Wings (GFO)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2632D115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$17</w:t>
                  </w:r>
                </w:p>
              </w:tc>
            </w:tr>
            <w:tr w:rsidR="00990209" w14:paraId="1AB99D14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4029B2B5" w14:textId="77777777" w:rsidR="00990209" w:rsidRDefault="00000000">
                  <w:r>
                    <w:rPr>
                      <w:i/>
                      <w:color w:val="646464"/>
                      <w:sz w:val="16"/>
                    </w:rPr>
                    <w:t>BBQ or Buffalo</w:t>
                  </w:r>
                </w:p>
              </w:tc>
            </w:tr>
            <w:tr w:rsidR="00990209" w14:paraId="6BD73ABA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single" w:sz="7" w:space="0" w:color="74312B"/>
                    <w:right w:val="nil"/>
                  </w:tcBorders>
                  <w:tcMar>
                    <w:top w:w="65" w:type="dxa"/>
                    <w:left w:w="0" w:type="dxa"/>
                    <w:bottom w:w="28" w:type="dxa"/>
                    <w:right w:w="0" w:type="dxa"/>
                  </w:tcMar>
                </w:tcPr>
                <w:p w14:paraId="5DCBBB24" w14:textId="77777777" w:rsidR="00990209" w:rsidRDefault="00000000">
                  <w:pPr>
                    <w:spacing w:before="200" w:after="120"/>
                  </w:pPr>
                  <w:r>
                    <w:rPr>
                      <w:b/>
                      <w:color w:val="74312B"/>
                      <w:sz w:val="22"/>
                    </w:rPr>
                    <w:t>PUB CLASSICS</w:t>
                  </w:r>
                </w:p>
              </w:tc>
            </w:tr>
            <w:tr w:rsidR="00990209" w14:paraId="1DEE2BBC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3AF4EBEE" w14:textId="77777777" w:rsidR="00990209" w:rsidRDefault="00000000">
                  <w:r>
                    <w:rPr>
                      <w:b/>
                      <w:color w:val="232323"/>
                    </w:rPr>
                    <w:t>Classic Caesar Salad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610BD4C3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$26</w:t>
                  </w:r>
                </w:p>
              </w:tc>
            </w:tr>
            <w:tr w:rsidR="00990209" w14:paraId="799F0CC4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55109E8B" w14:textId="77777777" w:rsidR="00990209" w:rsidRDefault="00000000">
                  <w:r>
                    <w:rPr>
                      <w:i/>
                      <w:color w:val="646464"/>
                      <w:sz w:val="16"/>
                    </w:rPr>
                    <w:t>Bacon, parmesan &amp; poached egg</w:t>
                  </w:r>
                </w:p>
              </w:tc>
            </w:tr>
            <w:tr w:rsidR="00990209" w14:paraId="7BF50CAB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8" w:type="dxa"/>
                    <w:right w:w="0" w:type="dxa"/>
                  </w:tcMar>
                </w:tcPr>
                <w:p w14:paraId="06ABB0BB" w14:textId="77777777" w:rsidR="00990209" w:rsidRDefault="00000000">
                  <w:pPr>
                    <w:rPr>
                      <w:b/>
                      <w:color w:val="74312B"/>
                      <w:sz w:val="16"/>
                    </w:rPr>
                  </w:pPr>
                  <w:r>
                    <w:rPr>
                      <w:b/>
                      <w:color w:val="74312B"/>
                      <w:sz w:val="16"/>
                    </w:rPr>
                    <w:t>Add chicken or salmon</w:t>
                  </w:r>
                </w:p>
                <w:p w14:paraId="65B9A5F9" w14:textId="77777777" w:rsidR="00B94DDC" w:rsidRDefault="00B94DDC"/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8" w:type="dxa"/>
                    <w:right w:w="0" w:type="dxa"/>
                  </w:tcMar>
                </w:tcPr>
                <w:p w14:paraId="1E213B85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  <w:sz w:val="17"/>
                    </w:rPr>
                    <w:t>+$5</w:t>
                  </w:r>
                </w:p>
              </w:tc>
            </w:tr>
            <w:tr w:rsidR="00990209" w14:paraId="5D03CC49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02F3F489" w14:textId="77777777" w:rsidR="00990209" w:rsidRDefault="00000000">
                  <w:r>
                    <w:rPr>
                      <w:b/>
                      <w:color w:val="232323"/>
                    </w:rPr>
                    <w:t>Mushroom &amp; Spinach Penne Pasta (VEG)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63F8DB59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$27</w:t>
                  </w:r>
                </w:p>
              </w:tc>
            </w:tr>
            <w:tr w:rsidR="00990209" w14:paraId="0551FD96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542BDB05" w14:textId="77777777" w:rsidR="00990209" w:rsidRDefault="00000000">
                  <w:pPr>
                    <w:rPr>
                      <w:i/>
                      <w:color w:val="646464"/>
                      <w:sz w:val="16"/>
                    </w:rPr>
                  </w:pPr>
                  <w:r>
                    <w:rPr>
                      <w:i/>
                      <w:color w:val="646464"/>
                      <w:sz w:val="16"/>
                    </w:rPr>
                    <w:t>Parmesan, garlic &amp; breadcrumbs</w:t>
                  </w:r>
                </w:p>
                <w:p w14:paraId="75C0ED06" w14:textId="77777777" w:rsidR="00B94DDC" w:rsidRDefault="00B94DDC"/>
              </w:tc>
            </w:tr>
            <w:tr w:rsidR="00990209" w14:paraId="3530AD8A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357A2774" w14:textId="77777777" w:rsidR="00990209" w:rsidRDefault="00000000">
                  <w:r>
                    <w:rPr>
                      <w:b/>
                      <w:color w:val="232323"/>
                    </w:rPr>
                    <w:t>Crispy Spicy Chicken Burger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2A485D51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$27</w:t>
                  </w:r>
                </w:p>
              </w:tc>
            </w:tr>
            <w:tr w:rsidR="00990209" w14:paraId="3577EC59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513237F6" w14:textId="77777777" w:rsidR="00990209" w:rsidRDefault="00000000">
                  <w:pPr>
                    <w:rPr>
                      <w:i/>
                      <w:color w:val="646464"/>
                      <w:sz w:val="16"/>
                    </w:rPr>
                  </w:pPr>
                  <w:r>
                    <w:rPr>
                      <w:i/>
                      <w:color w:val="646464"/>
                      <w:sz w:val="16"/>
                    </w:rPr>
                    <w:t>Slaw, pickles, cheese &amp; ranch</w:t>
                  </w:r>
                </w:p>
                <w:p w14:paraId="277E5B0E" w14:textId="77777777" w:rsidR="00B94DDC" w:rsidRDefault="00B94DDC"/>
              </w:tc>
            </w:tr>
            <w:tr w:rsidR="00990209" w14:paraId="1F8332D6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54B2D804" w14:textId="77777777" w:rsidR="00990209" w:rsidRDefault="00000000">
                  <w:r>
                    <w:rPr>
                      <w:b/>
                      <w:color w:val="232323"/>
                    </w:rPr>
                    <w:t>Steak Sandwich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6C15E871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$30</w:t>
                  </w:r>
                </w:p>
              </w:tc>
            </w:tr>
            <w:tr w:rsidR="00990209" w14:paraId="07EA845D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37DAFDFF" w14:textId="77777777" w:rsidR="00990209" w:rsidRDefault="00000000">
                  <w:pPr>
                    <w:rPr>
                      <w:i/>
                      <w:color w:val="646464"/>
                      <w:sz w:val="16"/>
                    </w:rPr>
                  </w:pPr>
                  <w:r>
                    <w:rPr>
                      <w:i/>
                      <w:color w:val="646464"/>
                      <w:sz w:val="16"/>
                    </w:rPr>
                    <w:t>Caramelised onion, rocket &amp; horseradish, served with chips</w:t>
                  </w:r>
                </w:p>
                <w:p w14:paraId="0741F1EB" w14:textId="77777777" w:rsidR="00B94DDC" w:rsidRDefault="00B94DDC"/>
              </w:tc>
            </w:tr>
            <w:tr w:rsidR="00990209" w14:paraId="46066CB3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4AE49BE8" w14:textId="77777777" w:rsidR="00990209" w:rsidRDefault="00000000">
                  <w:r>
                    <w:rPr>
                      <w:b/>
                      <w:color w:val="232323"/>
                    </w:rPr>
                    <w:t>Club Sandwich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3F3DEEFE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$25</w:t>
                  </w:r>
                </w:p>
              </w:tc>
            </w:tr>
            <w:tr w:rsidR="00990209" w14:paraId="2AA3EA47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5CBCC3DE" w14:textId="77777777" w:rsidR="00990209" w:rsidRDefault="00000000">
                  <w:pPr>
                    <w:rPr>
                      <w:i/>
                      <w:color w:val="646464"/>
                      <w:sz w:val="16"/>
                    </w:rPr>
                  </w:pPr>
                  <w:r>
                    <w:rPr>
                      <w:i/>
                      <w:color w:val="646464"/>
                      <w:sz w:val="16"/>
                    </w:rPr>
                    <w:t>Chicken, ham, egg, avocado, tomato &amp; cheese, served with chips</w:t>
                  </w:r>
                </w:p>
                <w:p w14:paraId="7F84F47A" w14:textId="77777777" w:rsidR="00B94DDC" w:rsidRDefault="00B94DDC"/>
              </w:tc>
            </w:tr>
            <w:tr w:rsidR="00990209" w14:paraId="01F08E07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6D5F664E" w14:textId="77777777" w:rsidR="00990209" w:rsidRDefault="00000000">
                  <w:r>
                    <w:rPr>
                      <w:b/>
                      <w:color w:val="232323"/>
                    </w:rPr>
                    <w:t>Beer Battered Fish &amp; Chips (GFO) (I)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7FE4A73B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$30</w:t>
                  </w:r>
                </w:p>
              </w:tc>
            </w:tr>
            <w:tr w:rsidR="00990209" w14:paraId="0C8C351D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00D05C6D" w14:textId="77777777" w:rsidR="00990209" w:rsidRDefault="00000000">
                  <w:pPr>
                    <w:rPr>
                      <w:i/>
                      <w:color w:val="646464"/>
                      <w:sz w:val="16"/>
                    </w:rPr>
                  </w:pPr>
                  <w:r>
                    <w:rPr>
                      <w:i/>
                      <w:color w:val="646464"/>
                      <w:sz w:val="16"/>
                    </w:rPr>
                    <w:t>Served with fresh side salad &amp; tartare sauce</w:t>
                  </w:r>
                </w:p>
                <w:p w14:paraId="0485654F" w14:textId="77777777" w:rsidR="00B94DDC" w:rsidRDefault="00B94DDC"/>
              </w:tc>
            </w:tr>
            <w:tr w:rsidR="00990209" w14:paraId="2ABF5A43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79DE407C" w14:textId="77777777" w:rsidR="00990209" w:rsidRDefault="00000000">
                  <w:r>
                    <w:rPr>
                      <w:b/>
                      <w:color w:val="232323"/>
                    </w:rPr>
                    <w:t>Chicken Parmigiana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5E5CD760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$29</w:t>
                  </w:r>
                </w:p>
              </w:tc>
            </w:tr>
            <w:tr w:rsidR="00990209" w14:paraId="53B596D7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09F694C2" w14:textId="77777777" w:rsidR="00990209" w:rsidRDefault="00000000">
                  <w:r>
                    <w:rPr>
                      <w:i/>
                      <w:color w:val="646464"/>
                      <w:sz w:val="16"/>
                    </w:rPr>
                    <w:t>Loaded with ham, melted cheese &amp; tomato sauce, served with chips and salad</w:t>
                  </w:r>
                </w:p>
              </w:tc>
            </w:tr>
            <w:tr w:rsidR="00990209" w14:paraId="5E9226A5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single" w:sz="7" w:space="0" w:color="74312B"/>
                    <w:right w:val="nil"/>
                  </w:tcBorders>
                  <w:tcMar>
                    <w:top w:w="65" w:type="dxa"/>
                    <w:left w:w="0" w:type="dxa"/>
                    <w:bottom w:w="28" w:type="dxa"/>
                    <w:right w:w="0" w:type="dxa"/>
                  </w:tcMar>
                </w:tcPr>
                <w:p w14:paraId="78689111" w14:textId="77777777" w:rsidR="00990209" w:rsidRDefault="00000000">
                  <w:pPr>
                    <w:spacing w:before="200" w:after="120"/>
                  </w:pPr>
                  <w:r>
                    <w:rPr>
                      <w:b/>
                      <w:color w:val="74312B"/>
                      <w:sz w:val="22"/>
                    </w:rPr>
                    <w:t>THE PIERSEN</w:t>
                  </w:r>
                </w:p>
              </w:tc>
            </w:tr>
            <w:tr w:rsidR="00990209" w14:paraId="788F39B1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27E17051" w14:textId="77777777" w:rsidR="00990209" w:rsidRDefault="00000000">
                  <w:r>
                    <w:rPr>
                      <w:b/>
                      <w:color w:val="232323"/>
                    </w:rPr>
                    <w:t>Chicken Parmigiana Burger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0E9EAE3E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$32</w:t>
                  </w:r>
                </w:p>
              </w:tc>
            </w:tr>
            <w:tr w:rsidR="00990209" w14:paraId="408FD0B7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29A52BD8" w14:textId="77777777" w:rsidR="00990209" w:rsidRDefault="00000000">
                  <w:r>
                    <w:rPr>
                      <w:i/>
                      <w:color w:val="646464"/>
                      <w:sz w:val="16"/>
                    </w:rPr>
                    <w:t>Loaded with ham, cheese &amp; tomato sauce, served with seasonal wedges</w:t>
                  </w:r>
                </w:p>
              </w:tc>
            </w:tr>
            <w:tr w:rsidR="00990209" w14:paraId="7F768685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single" w:sz="7" w:space="0" w:color="74312B"/>
                    <w:right w:val="nil"/>
                  </w:tcBorders>
                  <w:tcMar>
                    <w:top w:w="65" w:type="dxa"/>
                    <w:left w:w="0" w:type="dxa"/>
                    <w:bottom w:w="28" w:type="dxa"/>
                    <w:right w:w="0" w:type="dxa"/>
                  </w:tcMar>
                </w:tcPr>
                <w:p w14:paraId="6846CEC0" w14:textId="77777777" w:rsidR="00990209" w:rsidRDefault="00000000">
                  <w:pPr>
                    <w:spacing w:before="200" w:after="120"/>
                  </w:pPr>
                  <w:r>
                    <w:rPr>
                      <w:b/>
                      <w:color w:val="74312B"/>
                      <w:sz w:val="22"/>
                    </w:rPr>
                    <w:t>KIDS MENU</w:t>
                  </w:r>
                </w:p>
              </w:tc>
            </w:tr>
            <w:tr w:rsidR="00990209" w14:paraId="482F4D60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0113964E" w14:textId="77777777" w:rsidR="00990209" w:rsidRDefault="00000000">
                  <w:r>
                    <w:rPr>
                      <w:b/>
                      <w:color w:val="232323"/>
                    </w:rPr>
                    <w:t>Fish and Chips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6779D6B8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$16</w:t>
                  </w:r>
                </w:p>
              </w:tc>
            </w:tr>
            <w:tr w:rsidR="00990209" w14:paraId="59C9202B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59B83CD5" w14:textId="77777777" w:rsidR="00990209" w:rsidRDefault="00000000">
                  <w:r>
                    <w:rPr>
                      <w:b/>
                      <w:color w:val="232323"/>
                    </w:rPr>
                    <w:t>Chicken Nuggets and Chips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0C0292DF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$16</w:t>
                  </w:r>
                </w:p>
              </w:tc>
            </w:tr>
            <w:tr w:rsidR="00990209" w14:paraId="0BACE78A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13E40371" w14:textId="77777777" w:rsidR="00990209" w:rsidRDefault="00000000">
                  <w:r>
                    <w:rPr>
                      <w:b/>
                      <w:color w:val="232323"/>
                    </w:rPr>
                    <w:t>Kiwi Dog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2D64B628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$16</w:t>
                  </w:r>
                </w:p>
              </w:tc>
            </w:tr>
            <w:tr w:rsidR="00990209" w14:paraId="284F3B50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033B45CB" w14:textId="77777777" w:rsidR="00990209" w:rsidRDefault="00000000">
                  <w:r>
                    <w:rPr>
                      <w:b/>
                      <w:color w:val="232323"/>
                    </w:rPr>
                    <w:t>Pasta with Napolitana Sauce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13F13A1E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$16</w:t>
                  </w:r>
                </w:p>
              </w:tc>
            </w:tr>
            <w:tr w:rsidR="00990209" w14:paraId="495687C6" w14:textId="77777777">
              <w:trPr>
                <w:jc w:val="center"/>
              </w:trPr>
              <w:tc>
                <w:tcPr>
                  <w:tcW w:w="49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" w:type="dxa"/>
                    <w:left w:w="0" w:type="dxa"/>
                    <w:bottom w:w="24" w:type="dxa"/>
                    <w:right w:w="0" w:type="dxa"/>
                  </w:tcMar>
                </w:tcPr>
                <w:p w14:paraId="02A32F34" w14:textId="77777777" w:rsidR="00990209" w:rsidRDefault="00000000">
                  <w:r>
                    <w:rPr>
                      <w:color w:val="646464"/>
                      <w:sz w:val="16"/>
                    </w:rPr>
                    <w:t>Kids meals come with juice and ice cream</w:t>
                  </w:r>
                </w:p>
              </w:tc>
            </w:tr>
          </w:tbl>
          <w:p w14:paraId="17A3A561" w14:textId="77777777" w:rsidR="00990209" w:rsidRDefault="00990209"/>
        </w:tc>
        <w:tc>
          <w:tcPr>
            <w:tcW w:w="446" w:type="dxa"/>
            <w:tcBorders>
              <w:top w:val="nil"/>
              <w:left w:val="single" w:sz="6" w:space="0" w:color="D4CCC4"/>
              <w:bottom w:val="nil"/>
              <w:right w:val="nil"/>
            </w:tcBorders>
            <w:tcMar>
              <w:top w:w="30" w:type="dxa"/>
              <w:left w:w="0" w:type="dxa"/>
              <w:bottom w:w="0" w:type="dxa"/>
              <w:right w:w="0" w:type="dxa"/>
            </w:tcMar>
          </w:tcPr>
          <w:p w14:paraId="7C0C3AAC" w14:textId="77777777" w:rsidR="00990209" w:rsidRDefault="00990209"/>
        </w:tc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0" w:type="dxa"/>
              <w:right w:w="0" w:type="dxa"/>
            </w:tcMar>
          </w:tcPr>
          <w:tbl>
            <w:tblPr>
              <w:tblW w:w="492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147"/>
              <w:gridCol w:w="777"/>
            </w:tblGrid>
            <w:tr w:rsidR="00990209" w14:paraId="6D431BB7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single" w:sz="7" w:space="0" w:color="74312B"/>
                    <w:right w:val="nil"/>
                  </w:tcBorders>
                  <w:tcMar>
                    <w:top w:w="65" w:type="dxa"/>
                    <w:left w:w="0" w:type="dxa"/>
                    <w:bottom w:w="28" w:type="dxa"/>
                    <w:right w:w="0" w:type="dxa"/>
                  </w:tcMar>
                </w:tcPr>
                <w:p w14:paraId="7C33E0C7" w14:textId="77777777" w:rsidR="00990209" w:rsidRDefault="00000000">
                  <w:pPr>
                    <w:spacing w:before="200" w:after="120"/>
                  </w:pPr>
                  <w:r>
                    <w:rPr>
                      <w:b/>
                      <w:color w:val="74312B"/>
                      <w:sz w:val="22"/>
                    </w:rPr>
                    <w:t>FROM THE GRILL</w:t>
                  </w:r>
                </w:p>
              </w:tc>
            </w:tr>
            <w:tr w:rsidR="00990209" w14:paraId="0E477C34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428B2B33" w14:textId="77777777" w:rsidR="00990209" w:rsidRDefault="00000000">
                  <w:r>
                    <w:rPr>
                      <w:b/>
                      <w:color w:val="232323"/>
                    </w:rPr>
                    <w:t>Miso Chargrilled Pumpkin (GF, VEGAN)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700516C5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$25</w:t>
                  </w:r>
                </w:p>
              </w:tc>
            </w:tr>
            <w:tr w:rsidR="00990209" w14:paraId="7F7C6C55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5DF4FCE7" w14:textId="77777777" w:rsidR="00990209" w:rsidRDefault="00000000">
                  <w:pPr>
                    <w:rPr>
                      <w:i/>
                      <w:color w:val="646464"/>
                      <w:sz w:val="16"/>
                    </w:rPr>
                  </w:pPr>
                  <w:r>
                    <w:rPr>
                      <w:i/>
                      <w:color w:val="646464"/>
                      <w:sz w:val="16"/>
                    </w:rPr>
                    <w:t>Puffed rice &amp; togarashi, greens</w:t>
                  </w:r>
                </w:p>
                <w:p w14:paraId="67749B73" w14:textId="77777777" w:rsidR="00B94DDC" w:rsidRDefault="00B94DDC"/>
              </w:tc>
            </w:tr>
            <w:tr w:rsidR="00990209" w14:paraId="2C27C771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6354E5BF" w14:textId="77777777" w:rsidR="00990209" w:rsidRDefault="00000000">
                  <w:r>
                    <w:rPr>
                      <w:b/>
                      <w:color w:val="232323"/>
                    </w:rPr>
                    <w:t>Salmon (GF)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4AFECDBE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$38</w:t>
                  </w:r>
                </w:p>
              </w:tc>
            </w:tr>
            <w:tr w:rsidR="00990209" w14:paraId="633E5ED8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32632E04" w14:textId="77777777" w:rsidR="00990209" w:rsidRDefault="00000000">
                  <w:pPr>
                    <w:rPr>
                      <w:i/>
                      <w:color w:val="646464"/>
                      <w:sz w:val="16"/>
                    </w:rPr>
                  </w:pPr>
                  <w:r>
                    <w:rPr>
                      <w:i/>
                      <w:color w:val="646464"/>
                      <w:sz w:val="16"/>
                    </w:rPr>
                    <w:t>Dukkha, beans &amp; dill yoghurt</w:t>
                  </w:r>
                </w:p>
                <w:p w14:paraId="0D1B1697" w14:textId="77777777" w:rsidR="00B94DDC" w:rsidRDefault="00B94DDC"/>
              </w:tc>
            </w:tr>
            <w:tr w:rsidR="00990209" w14:paraId="758E911F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6AC962F3" w14:textId="77777777" w:rsidR="00990209" w:rsidRDefault="00000000">
                  <w:r>
                    <w:rPr>
                      <w:b/>
                      <w:color w:val="232323"/>
                    </w:rPr>
                    <w:t>250g O'Connor Select Angus Rump (GF)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4AE6065A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$38</w:t>
                  </w:r>
                </w:p>
              </w:tc>
            </w:tr>
            <w:tr w:rsidR="00990209" w14:paraId="48003F39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05FF3529" w14:textId="77777777" w:rsidR="00990209" w:rsidRDefault="00000000">
                  <w:pPr>
                    <w:rPr>
                      <w:i/>
                      <w:color w:val="646464"/>
                      <w:sz w:val="16"/>
                    </w:rPr>
                  </w:pPr>
                  <w:r>
                    <w:rPr>
                      <w:i/>
                      <w:color w:val="646464"/>
                      <w:sz w:val="16"/>
                    </w:rPr>
                    <w:t>Served with salad and chips</w:t>
                  </w:r>
                </w:p>
                <w:p w14:paraId="796237B6" w14:textId="77777777" w:rsidR="00B94DDC" w:rsidRDefault="00B94DDC"/>
              </w:tc>
            </w:tr>
            <w:tr w:rsidR="00990209" w14:paraId="31BA366B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4C863C28" w14:textId="77777777" w:rsidR="00990209" w:rsidRDefault="00000000">
                  <w:r>
                    <w:rPr>
                      <w:b/>
                      <w:color w:val="232323"/>
                    </w:rPr>
                    <w:t>Cranbrook Lamb Chops (GF)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54BEAB30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$34</w:t>
                  </w:r>
                </w:p>
              </w:tc>
            </w:tr>
            <w:tr w:rsidR="00990209" w14:paraId="08BE2BE9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4FC66283" w14:textId="77777777" w:rsidR="00990209" w:rsidRDefault="00000000">
                  <w:r>
                    <w:rPr>
                      <w:i/>
                      <w:color w:val="646464"/>
                      <w:sz w:val="16"/>
                    </w:rPr>
                    <w:t>Served with salad and chips</w:t>
                  </w:r>
                </w:p>
              </w:tc>
            </w:tr>
            <w:tr w:rsidR="00990209" w14:paraId="667BAD70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single" w:sz="7" w:space="0" w:color="74312B"/>
                    <w:right w:val="nil"/>
                  </w:tcBorders>
                  <w:tcMar>
                    <w:top w:w="65" w:type="dxa"/>
                    <w:left w:w="0" w:type="dxa"/>
                    <w:bottom w:w="28" w:type="dxa"/>
                    <w:right w:w="0" w:type="dxa"/>
                  </w:tcMar>
                </w:tcPr>
                <w:p w14:paraId="02A747D7" w14:textId="77777777" w:rsidR="00990209" w:rsidRDefault="00000000">
                  <w:pPr>
                    <w:spacing w:before="200" w:after="120"/>
                  </w:pPr>
                  <w:r>
                    <w:rPr>
                      <w:b/>
                      <w:color w:val="74312B"/>
                      <w:sz w:val="22"/>
                    </w:rPr>
                    <w:t>CHOICE OF SAUCE</w:t>
                  </w:r>
                </w:p>
              </w:tc>
            </w:tr>
            <w:tr w:rsidR="00990209" w14:paraId="671F7411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65321DF4" w14:textId="77777777" w:rsidR="00990209" w:rsidRDefault="00000000">
                  <w:pPr>
                    <w:rPr>
                      <w:b/>
                      <w:color w:val="232323"/>
                    </w:rPr>
                  </w:pPr>
                  <w:r>
                    <w:rPr>
                      <w:b/>
                      <w:color w:val="232323"/>
                    </w:rPr>
                    <w:t>Pepper • Mushroom • Garlic Butter • Chimichurri</w:t>
                  </w:r>
                </w:p>
                <w:p w14:paraId="31B99395" w14:textId="77777777" w:rsidR="00B94DDC" w:rsidRDefault="00B94DDC"/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375F8934" w14:textId="77777777" w:rsidR="00990209" w:rsidRDefault="00990209">
                  <w:pPr>
                    <w:jc w:val="right"/>
                  </w:pPr>
                </w:p>
              </w:tc>
            </w:tr>
            <w:tr w:rsidR="00990209" w14:paraId="7A07B49B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single" w:sz="7" w:space="0" w:color="74312B"/>
                    <w:right w:val="nil"/>
                  </w:tcBorders>
                  <w:tcMar>
                    <w:top w:w="65" w:type="dxa"/>
                    <w:left w:w="0" w:type="dxa"/>
                    <w:bottom w:w="28" w:type="dxa"/>
                    <w:right w:w="0" w:type="dxa"/>
                  </w:tcMar>
                </w:tcPr>
                <w:p w14:paraId="3CB4AAC2" w14:textId="77777777" w:rsidR="00990209" w:rsidRDefault="00000000">
                  <w:pPr>
                    <w:spacing w:before="200" w:after="120"/>
                  </w:pPr>
                  <w:r>
                    <w:rPr>
                      <w:b/>
                      <w:color w:val="74312B"/>
                      <w:sz w:val="22"/>
                    </w:rPr>
                    <w:t>SIDES</w:t>
                  </w:r>
                </w:p>
              </w:tc>
            </w:tr>
            <w:tr w:rsidR="00990209" w14:paraId="4655FBF5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69DB187B" w14:textId="77777777" w:rsidR="00990209" w:rsidRDefault="00000000">
                  <w:pPr>
                    <w:rPr>
                      <w:b/>
                      <w:color w:val="232323"/>
                    </w:rPr>
                  </w:pPr>
                  <w:r>
                    <w:rPr>
                      <w:b/>
                      <w:color w:val="232323"/>
                    </w:rPr>
                    <w:t>Chips &amp; Tomato Sauce</w:t>
                  </w:r>
                </w:p>
                <w:p w14:paraId="14A8A03D" w14:textId="77777777" w:rsidR="00B94DDC" w:rsidRDefault="00B94DDC"/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2417F670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$13</w:t>
                  </w:r>
                </w:p>
              </w:tc>
            </w:tr>
            <w:tr w:rsidR="00990209" w14:paraId="605A99DE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6BAFB49A" w14:textId="77777777" w:rsidR="00990209" w:rsidRDefault="00000000">
                  <w:r>
                    <w:rPr>
                      <w:b/>
                      <w:color w:val="232323"/>
                    </w:rPr>
                    <w:t>Wedges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4EB0668A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$15</w:t>
                  </w:r>
                </w:p>
              </w:tc>
            </w:tr>
            <w:tr w:rsidR="00990209" w14:paraId="05C1A4B2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52260DA7" w14:textId="77777777" w:rsidR="00990209" w:rsidRDefault="00000000">
                  <w:pPr>
                    <w:rPr>
                      <w:i/>
                      <w:color w:val="646464"/>
                      <w:sz w:val="16"/>
                    </w:rPr>
                  </w:pPr>
                  <w:r>
                    <w:rPr>
                      <w:i/>
                      <w:color w:val="646464"/>
                      <w:sz w:val="16"/>
                    </w:rPr>
                    <w:t xml:space="preserve">Sour cream &amp; sweet </w:t>
                  </w:r>
                  <w:proofErr w:type="spellStart"/>
                  <w:r>
                    <w:rPr>
                      <w:i/>
                      <w:color w:val="646464"/>
                      <w:sz w:val="16"/>
                    </w:rPr>
                    <w:t>chilli</w:t>
                  </w:r>
                  <w:proofErr w:type="spellEnd"/>
                  <w:r>
                    <w:rPr>
                      <w:i/>
                      <w:color w:val="646464"/>
                      <w:sz w:val="16"/>
                    </w:rPr>
                    <w:t xml:space="preserve"> sauce</w:t>
                  </w:r>
                </w:p>
                <w:p w14:paraId="0ECDBC68" w14:textId="77777777" w:rsidR="00B94DDC" w:rsidRDefault="00B94DDC"/>
              </w:tc>
            </w:tr>
            <w:tr w:rsidR="00990209" w14:paraId="745F3FBB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70D7FC01" w14:textId="77777777" w:rsidR="00990209" w:rsidRDefault="00000000">
                  <w:r>
                    <w:rPr>
                      <w:b/>
                      <w:color w:val="232323"/>
                    </w:rPr>
                    <w:t>Beans (GF, VEG)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28EBAD2C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$12</w:t>
                  </w:r>
                </w:p>
              </w:tc>
            </w:tr>
            <w:tr w:rsidR="00990209" w14:paraId="409BDBE0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63DF17E0" w14:textId="77777777" w:rsidR="00990209" w:rsidRDefault="00000000">
                  <w:pPr>
                    <w:rPr>
                      <w:i/>
                      <w:color w:val="646464"/>
                      <w:sz w:val="16"/>
                    </w:rPr>
                  </w:pPr>
                  <w:r>
                    <w:rPr>
                      <w:i/>
                      <w:color w:val="646464"/>
                      <w:sz w:val="16"/>
                    </w:rPr>
                    <w:t>Yoghurt &amp; almond dukkha</w:t>
                  </w:r>
                </w:p>
                <w:p w14:paraId="051CE578" w14:textId="77777777" w:rsidR="00B94DDC" w:rsidRDefault="00B94DDC"/>
              </w:tc>
            </w:tr>
            <w:tr w:rsidR="00990209" w14:paraId="2E6B2099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364EEB74" w14:textId="77777777" w:rsidR="00990209" w:rsidRDefault="00000000">
                  <w:r>
                    <w:rPr>
                      <w:b/>
                      <w:color w:val="232323"/>
                    </w:rPr>
                    <w:t>Coleslaw (GF, VEG)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0CAB9B22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$9</w:t>
                  </w:r>
                </w:p>
              </w:tc>
            </w:tr>
            <w:tr w:rsidR="00990209" w14:paraId="2E14FAE9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single" w:sz="7" w:space="0" w:color="74312B"/>
                    <w:right w:val="nil"/>
                  </w:tcBorders>
                  <w:tcMar>
                    <w:top w:w="65" w:type="dxa"/>
                    <w:left w:w="0" w:type="dxa"/>
                    <w:bottom w:w="28" w:type="dxa"/>
                    <w:right w:w="0" w:type="dxa"/>
                  </w:tcMar>
                </w:tcPr>
                <w:p w14:paraId="5ECE5EBA" w14:textId="77777777" w:rsidR="00990209" w:rsidRDefault="00000000">
                  <w:pPr>
                    <w:spacing w:before="200" w:after="120"/>
                  </w:pPr>
                  <w:r>
                    <w:rPr>
                      <w:b/>
                      <w:color w:val="74312B"/>
                      <w:sz w:val="22"/>
                    </w:rPr>
                    <w:t>SWEETS</w:t>
                  </w:r>
                </w:p>
              </w:tc>
            </w:tr>
            <w:tr w:rsidR="00990209" w14:paraId="55119B11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75EA815A" w14:textId="77777777" w:rsidR="00990209" w:rsidRDefault="00000000">
                  <w:r>
                    <w:rPr>
                      <w:b/>
                      <w:color w:val="232323"/>
                    </w:rPr>
                    <w:t>Chocolate Brownie (GFO)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40714930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$16</w:t>
                  </w:r>
                </w:p>
              </w:tc>
            </w:tr>
            <w:tr w:rsidR="00990209" w14:paraId="27B7CFE1" w14:textId="77777777">
              <w:trPr>
                <w:jc w:val="center"/>
              </w:trPr>
              <w:tc>
                <w:tcPr>
                  <w:tcW w:w="7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575305F4" w14:textId="77777777" w:rsidR="00990209" w:rsidRDefault="00000000">
                  <w:pPr>
                    <w:rPr>
                      <w:i/>
                      <w:color w:val="646464"/>
                      <w:sz w:val="16"/>
                    </w:rPr>
                  </w:pPr>
                  <w:r>
                    <w:rPr>
                      <w:i/>
                      <w:color w:val="646464"/>
                      <w:sz w:val="16"/>
                    </w:rPr>
                    <w:t>Boysenberry ice cream</w:t>
                  </w:r>
                </w:p>
                <w:p w14:paraId="1F76B2D8" w14:textId="77777777" w:rsidR="00B94DDC" w:rsidRDefault="00B94DDC"/>
              </w:tc>
            </w:tr>
            <w:tr w:rsidR="00990209" w14:paraId="555A4D43" w14:textId="77777777">
              <w:trPr>
                <w:jc w:val="center"/>
              </w:trPr>
              <w:tc>
                <w:tcPr>
                  <w:tcW w:w="41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51AEA22F" w14:textId="77777777" w:rsidR="00990209" w:rsidRDefault="00000000">
                  <w:r>
                    <w:rPr>
                      <w:b/>
                      <w:color w:val="232323"/>
                    </w:rPr>
                    <w:t>Ice Cream Sundae (GFO)</w:t>
                  </w:r>
                </w:p>
              </w:tc>
              <w:tc>
                <w:tcPr>
                  <w:tcW w:w="7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2" w:type="dxa"/>
                    <w:left w:w="0" w:type="dxa"/>
                    <w:bottom w:w="0" w:type="dxa"/>
                    <w:right w:w="0" w:type="dxa"/>
                  </w:tcMar>
                </w:tcPr>
                <w:p w14:paraId="3390CECD" w14:textId="77777777" w:rsidR="00990209" w:rsidRDefault="00000000">
                  <w:pPr>
                    <w:jc w:val="right"/>
                  </w:pPr>
                  <w:r>
                    <w:rPr>
                      <w:b/>
                      <w:color w:val="74312B"/>
                    </w:rPr>
                    <w:t>$16</w:t>
                  </w:r>
                </w:p>
              </w:tc>
            </w:tr>
            <w:tr w:rsidR="00990209" w14:paraId="7B383127" w14:textId="77777777">
              <w:trPr>
                <w:jc w:val="center"/>
              </w:trPr>
              <w:tc>
                <w:tcPr>
                  <w:tcW w:w="49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15" w:type="dxa"/>
                    <w:right w:w="0" w:type="dxa"/>
                  </w:tcMar>
                </w:tcPr>
                <w:p w14:paraId="0452E56D" w14:textId="77777777" w:rsidR="00990209" w:rsidRDefault="00000000">
                  <w:r>
                    <w:rPr>
                      <w:i/>
                      <w:color w:val="646464"/>
                      <w:sz w:val="16"/>
                    </w:rPr>
                    <w:t>With all the trimmings</w:t>
                  </w:r>
                </w:p>
              </w:tc>
            </w:tr>
          </w:tbl>
          <w:p w14:paraId="35C2ABF7" w14:textId="77777777" w:rsidR="00990209" w:rsidRDefault="00990209"/>
        </w:tc>
      </w:tr>
    </w:tbl>
    <w:p w14:paraId="64D7CDB6" w14:textId="77777777" w:rsidR="00990209" w:rsidRDefault="00990209">
      <w:pPr>
        <w:pBdr>
          <w:bottom w:val="single" w:sz="7" w:space="1" w:color="74312B"/>
        </w:pBdr>
        <w:spacing w:before="40"/>
      </w:pPr>
    </w:p>
    <w:p w14:paraId="45FBAA31" w14:textId="77777777" w:rsidR="00990209" w:rsidRDefault="00000000">
      <w:pPr>
        <w:spacing w:before="40"/>
        <w:jc w:val="center"/>
      </w:pPr>
      <w:r>
        <w:rPr>
          <w:b/>
          <w:color w:val="232323"/>
          <w:sz w:val="16"/>
        </w:rPr>
        <w:t>Memberships must be presented with every order</w:t>
      </w:r>
    </w:p>
    <w:p w14:paraId="62BCE2EE" w14:textId="77777777" w:rsidR="00990209" w:rsidRDefault="00000000">
      <w:pPr>
        <w:jc w:val="center"/>
      </w:pPr>
      <w:r>
        <w:rPr>
          <w:color w:val="646464"/>
          <w:sz w:val="14"/>
        </w:rPr>
        <w:t>GF: Gluten Free   GFO: Gluten Free Option   VEG: Vegetarian   I: International   N: National</w:t>
      </w:r>
    </w:p>
    <w:sectPr w:rsidR="00990209" w:rsidSect="00034616">
      <w:pgSz w:w="11909" w:h="16834"/>
      <w:pgMar w:top="403" w:right="490" w:bottom="403" w:left="4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3106736">
    <w:abstractNumId w:val="8"/>
  </w:num>
  <w:num w:numId="2" w16cid:durableId="1134904368">
    <w:abstractNumId w:val="6"/>
  </w:num>
  <w:num w:numId="3" w16cid:durableId="1998990311">
    <w:abstractNumId w:val="5"/>
  </w:num>
  <w:num w:numId="4" w16cid:durableId="1586184791">
    <w:abstractNumId w:val="4"/>
  </w:num>
  <w:num w:numId="5" w16cid:durableId="281115014">
    <w:abstractNumId w:val="7"/>
  </w:num>
  <w:num w:numId="6" w16cid:durableId="1842772270">
    <w:abstractNumId w:val="3"/>
  </w:num>
  <w:num w:numId="7" w16cid:durableId="1729836547">
    <w:abstractNumId w:val="2"/>
  </w:num>
  <w:num w:numId="8" w16cid:durableId="1354068602">
    <w:abstractNumId w:val="1"/>
  </w:num>
  <w:num w:numId="9" w16cid:durableId="167334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A29ED"/>
    <w:rsid w:val="00990209"/>
    <w:rsid w:val="00AA1D8D"/>
    <w:rsid w:val="00B47730"/>
    <w:rsid w:val="00B94DD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FB2E16"/>
  <w14:defaultImageDpi w14:val="300"/>
  <w15:docId w15:val="{E451F42B-2B8F-43E4-80CE-BB7FE070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Enquiries Tompkins Club</cp:lastModifiedBy>
  <cp:revision>2</cp:revision>
  <dcterms:created xsi:type="dcterms:W3CDTF">2026-09-23T06:07:00Z</dcterms:created>
  <dcterms:modified xsi:type="dcterms:W3CDTF">2026-09-23T06:07:00Z</dcterms:modified>
  <cp:category/>
</cp:coreProperties>
</file>